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7365D"/>
          <w:sz w:val="60"/>
        </w:rPr>
        <w:t>B.U.S.Y.</w:t>
      </w:r>
    </w:p>
    <w:p>
      <w:pPr>
        <w:jc w:val="center"/>
      </w:pPr>
      <w:r>
        <w:rPr>
          <w:b/>
          <w:color w:val="F2B233"/>
          <w:sz w:val="26"/>
        </w:rPr>
        <w:t>BRING UP SUPERIOR YOUTH</w:t>
      </w:r>
    </w:p>
    <w:p>
      <w:pPr>
        <w:jc w:val="center"/>
      </w:pPr>
      <w:r>
        <w:rPr>
          <w:b/>
          <w:color w:val="159E9C"/>
          <w:sz w:val="30"/>
        </w:rPr>
        <w:t>AFTER-SCHOOL PROGRAM REGISTRATION FORM</w:t>
      </w:r>
    </w:p>
    <w:p>
      <w:pPr>
        <w:jc w:val="center"/>
      </w:pPr>
      <w:r>
        <w:rPr>
          <w:sz w:val="18"/>
        </w:rPr>
        <w:t>Serving Kindergarten-5th Grade Students | Myrtle Beach, South Carolina</w:t>
      </w:r>
    </w:p>
    <w:p>
      <w:pPr>
        <w:jc w:val="center"/>
      </w:pPr>
      <w:r>
        <w:rPr>
          <w:b/>
          <w:color w:val="17365D"/>
          <w:sz w:val="18"/>
        </w:rPr>
        <w:t>CREATE. INSPIRE. EMPOWER. SUCCEED.</w:t>
      </w:r>
    </w:p>
    <w:p>
      <w:pPr>
        <w:spacing w:before="160" w:after="60"/>
      </w:pPr>
      <w:r>
        <w:rPr>
          <w:b/>
          <w:color w:val="17365D"/>
          <w:sz w:val="22"/>
        </w:rPr>
        <w:t>1. STUDENT INFORMATION</w:t>
      </w:r>
    </w:p>
    <w:p>
      <w:pPr>
        <w:spacing w:after="60" w:line="240" w:lineRule="auto"/>
      </w:pPr>
      <w:r>
        <w:rPr>
          <w:sz w:val="18"/>
        </w:rPr>
        <w:t>Child's Full Name: _________________________________________________</w:t>
      </w:r>
    </w:p>
    <w:p>
      <w:pPr>
        <w:spacing w:after="60" w:line="240" w:lineRule="auto"/>
      </w:pPr>
      <w:r>
        <w:rPr>
          <w:sz w:val="18"/>
        </w:rPr>
        <w:t>Date of Birth: ____________________    Age: __________</w:t>
      </w:r>
    </w:p>
    <w:p>
      <w:pPr>
        <w:spacing w:after="60" w:line="240" w:lineRule="auto"/>
      </w:pPr>
      <w:r>
        <w:rPr>
          <w:sz w:val="18"/>
        </w:rPr>
        <w:t>School Attending: __________________________________________________</w:t>
      </w:r>
    </w:p>
    <w:p>
      <w:pPr>
        <w:spacing w:after="60" w:line="240" w:lineRule="auto"/>
      </w:pPr>
      <w:r>
        <w:rPr>
          <w:sz w:val="18"/>
        </w:rPr>
        <w:t>Current Grade:  [ ] Kindergarten   [ ] 1st   [ ] 2nd   [ ] 3rd   [ ] 4th   [ ] 5th</w:t>
      </w:r>
    </w:p>
    <w:p>
      <w:pPr>
        <w:spacing w:after="60" w:line="240" w:lineRule="auto"/>
      </w:pPr>
      <w:r>
        <w:rPr>
          <w:sz w:val="18"/>
        </w:rPr>
        <w:t>Teacher's Name (optional): __________________________________________</w:t>
      </w:r>
    </w:p>
    <w:p>
      <w:pPr>
        <w:spacing w:before="160" w:after="60"/>
      </w:pPr>
      <w:r>
        <w:rPr>
          <w:b/>
          <w:color w:val="17365D"/>
          <w:sz w:val="22"/>
        </w:rPr>
        <w:t>2. PARENT / GUARDIAN INFORMATION</w:t>
      </w:r>
    </w:p>
    <w:p>
      <w:pPr>
        <w:spacing w:after="60" w:line="240" w:lineRule="auto"/>
      </w:pPr>
      <w:r>
        <w:rPr>
          <w:sz w:val="18"/>
        </w:rPr>
        <w:t>Parent/Guardian Name: ______________________________________________</w:t>
      </w:r>
    </w:p>
    <w:p>
      <w:pPr>
        <w:spacing w:after="60" w:line="240" w:lineRule="auto"/>
      </w:pPr>
      <w:r>
        <w:rPr>
          <w:sz w:val="18"/>
        </w:rPr>
        <w:t>Relationship to Child: ______________________________________________</w:t>
      </w:r>
    </w:p>
    <w:p>
      <w:pPr>
        <w:spacing w:after="60" w:line="240" w:lineRule="auto"/>
      </w:pPr>
      <w:r>
        <w:rPr>
          <w:sz w:val="18"/>
        </w:rPr>
        <w:t>Primary Phone: _____________________________________________________</w:t>
      </w:r>
    </w:p>
    <w:p>
      <w:pPr>
        <w:spacing w:after="60" w:line="240" w:lineRule="auto"/>
      </w:pPr>
      <w:r>
        <w:rPr>
          <w:sz w:val="18"/>
        </w:rPr>
        <w:t>Email Address: ______________________________________________________</w:t>
      </w:r>
    </w:p>
    <w:p>
      <w:pPr>
        <w:spacing w:after="60" w:line="240" w:lineRule="auto"/>
      </w:pPr>
      <w:r>
        <w:rPr>
          <w:sz w:val="18"/>
        </w:rPr>
        <w:t>Home Address: ______________________________________________________</w:t>
      </w:r>
    </w:p>
    <w:p>
      <w:pPr>
        <w:spacing w:after="60" w:line="240" w:lineRule="auto"/>
      </w:pPr>
      <w:r>
        <w:rPr>
          <w:sz w:val="18"/>
        </w:rPr>
        <w:t>City: __________________________   State: ______   ZIP: ______________</w:t>
      </w:r>
    </w:p>
    <w:p>
      <w:pPr>
        <w:spacing w:after="60" w:line="240" w:lineRule="auto"/>
      </w:pPr>
      <w:r>
        <w:rPr>
          <w:sz w:val="18"/>
        </w:rPr>
        <w:t>Secondary Parent/Guardian Name: _____________________________________</w:t>
      </w:r>
    </w:p>
    <w:p>
      <w:pPr>
        <w:spacing w:after="60" w:line="240" w:lineRule="auto"/>
      </w:pPr>
      <w:r>
        <w:rPr>
          <w:sz w:val="18"/>
        </w:rPr>
        <w:t>Secondary Phone: ___________________________________________________</w:t>
      </w:r>
    </w:p>
    <w:p>
      <w:pPr>
        <w:spacing w:before="160" w:after="60"/>
      </w:pPr>
      <w:r>
        <w:rPr>
          <w:b/>
          <w:color w:val="17365D"/>
          <w:sz w:val="22"/>
        </w:rPr>
        <w:t>3. EMERGENCY CONTACT</w:t>
      </w:r>
    </w:p>
    <w:p>
      <w:pPr>
        <w:spacing w:after="60" w:line="240" w:lineRule="auto"/>
      </w:pPr>
      <w:r>
        <w:rPr>
          <w:sz w:val="18"/>
        </w:rPr>
        <w:t>Please provide someone other than the primary parent/guardian.</w:t>
      </w:r>
    </w:p>
    <w:p>
      <w:pPr>
        <w:spacing w:after="60" w:line="240" w:lineRule="auto"/>
      </w:pPr>
      <w:r>
        <w:rPr>
          <w:sz w:val="18"/>
        </w:rPr>
        <w:t>Emergency Contact Name: ____________________________________________</w:t>
      </w:r>
    </w:p>
    <w:p>
      <w:pPr>
        <w:spacing w:after="60" w:line="240" w:lineRule="auto"/>
      </w:pPr>
      <w:r>
        <w:rPr>
          <w:sz w:val="18"/>
        </w:rPr>
        <w:t>Relationship to Child: ______________________________________________</w:t>
      </w:r>
    </w:p>
    <w:p>
      <w:pPr>
        <w:spacing w:after="60" w:line="240" w:lineRule="auto"/>
      </w:pPr>
      <w:r>
        <w:rPr>
          <w:sz w:val="18"/>
        </w:rPr>
        <w:t>Phone Number: ______________________________________________________</w:t>
      </w:r>
    </w:p>
    <w:p>
      <w:pPr>
        <w:spacing w:before="160" w:after="60"/>
      </w:pPr>
      <w:r>
        <w:rPr>
          <w:b/>
          <w:color w:val="17365D"/>
          <w:sz w:val="22"/>
        </w:rPr>
        <w:t>4. AUTHORIZED PICKUP / RELEASE</w:t>
      </w:r>
    </w:p>
    <w:p>
      <w:pPr>
        <w:spacing w:after="60" w:line="240" w:lineRule="auto"/>
      </w:pPr>
      <w:r>
        <w:rPr>
          <w:sz w:val="18"/>
        </w:rPr>
        <w:t>For your child's safety, B.U.S.Y. will release your child only to the parent/guardian or individuals authorized below unless other arrangements have been approved.</w:t>
      </w:r>
    </w:p>
    <w:p>
      <w:pPr>
        <w:spacing w:after="60" w:line="240" w:lineRule="auto"/>
      </w:pPr>
      <w:r>
        <w:rPr>
          <w:sz w:val="18"/>
        </w:rPr>
        <w:t>Authorized Person #1 - Name: ________________________________________</w:t>
      </w:r>
    </w:p>
    <w:p>
      <w:pPr>
        <w:spacing w:after="60" w:line="240" w:lineRule="auto"/>
      </w:pPr>
      <w:r>
        <w:rPr>
          <w:sz w:val="18"/>
        </w:rPr>
        <w:t>Relationship: __________________________  Phone: _____________________</w:t>
      </w:r>
    </w:p>
    <w:p>
      <w:pPr>
        <w:spacing w:after="60" w:line="240" w:lineRule="auto"/>
      </w:pPr>
      <w:r>
        <w:rPr>
          <w:sz w:val="18"/>
        </w:rPr>
        <w:t>Authorized Person #2 - Name: ________________________________________</w:t>
      </w:r>
    </w:p>
    <w:p>
      <w:pPr>
        <w:spacing w:after="60" w:line="240" w:lineRule="auto"/>
      </w:pPr>
      <w:r>
        <w:rPr>
          <w:sz w:val="18"/>
        </w:rPr>
        <w:t>Relationship: __________________________  Phone: _____________________</w:t>
      </w:r>
    </w:p>
    <w:p>
      <w:pPr>
        <w:spacing w:after="60" w:line="240" w:lineRule="auto"/>
      </w:pPr>
      <w:r>
        <w:rPr>
          <w:sz w:val="18"/>
        </w:rPr>
        <w:t>Authorized Person #3 - Name: ________________________________________</w:t>
      </w:r>
    </w:p>
    <w:p>
      <w:pPr>
        <w:spacing w:after="60" w:line="240" w:lineRule="auto"/>
      </w:pPr>
      <w:r>
        <w:rPr>
          <w:sz w:val="18"/>
        </w:rPr>
        <w:t>Relationship: __________________________  Phone: _____________________</w:t>
      </w:r>
    </w:p>
    <w:p>
      <w:pPr>
        <w:spacing w:after="60" w:line="240" w:lineRule="auto"/>
      </w:pPr>
      <w:r>
        <w:rPr>
          <w:sz w:val="18"/>
        </w:rPr>
        <w:t>I authorize B.U.S.Y. - Bring Up Superior Youth to release my child to the individuals listed above.</w:t>
      </w:r>
    </w:p>
    <w:p>
      <w:pPr>
        <w:spacing w:after="60" w:line="240" w:lineRule="auto"/>
      </w:pPr>
      <w:r>
        <w:rPr>
          <w:sz w:val="18"/>
        </w:rPr>
        <w:t>Parent/Guardian Initials: __________________</w:t>
      </w:r>
    </w:p>
    <w:p>
      <w:pPr>
        <w:spacing w:before="160" w:after="60"/>
      </w:pPr>
      <w:r>
        <w:rPr>
          <w:b/>
          <w:color w:val="17365D"/>
          <w:sz w:val="22"/>
        </w:rPr>
        <w:t>5. CHILD RELEASE RESTRICTIONS</w:t>
      </w:r>
    </w:p>
    <w:p>
      <w:pPr>
        <w:spacing w:after="60" w:line="240" w:lineRule="auto"/>
      </w:pPr>
      <w:r>
        <w:rPr>
          <w:sz w:val="18"/>
        </w:rPr>
        <w:t>Is there anyone who is NOT authorized to pick up your child?   [ ] No   [ ] Yes</w:t>
      </w:r>
    </w:p>
    <w:p>
      <w:pPr>
        <w:spacing w:after="60" w:line="240" w:lineRule="auto"/>
      </w:pPr>
      <w:r>
        <w:rPr>
          <w:sz w:val="18"/>
        </w:rPr>
        <w:t>If yes, please provide the person's name and any necessary information:</w:t>
      </w:r>
    </w:p>
    <w:p>
      <w:pPr>
        <w:spacing w:after="60" w:line="240" w:lineRule="auto"/>
      </w:pPr>
      <w:r>
        <w:rPr>
          <w:sz w:val="18"/>
        </w:rPr>
        <w:t>____________________________________________________________________</w:t>
      </w:r>
    </w:p>
    <w:p>
      <w:pPr>
        <w:spacing w:after="60" w:line="240" w:lineRule="auto"/>
      </w:pPr>
      <w:r>
        <w:rPr>
          <w:sz w:val="18"/>
        </w:rPr>
        <w:t>____________________________________________________________________</w:t>
      </w:r>
    </w:p>
    <w:p>
      <w:pPr>
        <w:spacing w:after="60" w:line="240" w:lineRule="auto"/>
      </w:pPr>
      <w:r>
        <w:rPr>
          <w:sz w:val="18"/>
        </w:rPr>
        <w:t>B.U.S.Y. may request identification from individuals picking up a child.</w:t>
      </w:r>
    </w:p>
    <w:p>
      <w:pPr>
        <w:spacing w:before="160" w:after="60"/>
      </w:pPr>
      <w:r>
        <w:rPr>
          <w:b/>
          <w:color w:val="17365D"/>
          <w:sz w:val="22"/>
        </w:rPr>
        <w:t>6. IMPORTANT CHILD INFORMATION</w:t>
      </w:r>
    </w:p>
    <w:p>
      <w:pPr>
        <w:spacing w:after="60" w:line="240" w:lineRule="auto"/>
      </w:pPr>
      <w:r>
        <w:rPr>
          <w:sz w:val="18"/>
        </w:rPr>
        <w:t>Does your child have any allergies, dietary restrictions, medical considerations, or other needs that program staff should be aware of?   [ ] No   [ ] Yes</w:t>
      </w:r>
    </w:p>
    <w:p>
      <w:pPr>
        <w:spacing w:after="60" w:line="240" w:lineRule="auto"/>
      </w:pPr>
      <w:r>
        <w:rPr>
          <w:sz w:val="18"/>
        </w:rPr>
        <w:t>If yes, please explain:</w:t>
      </w:r>
    </w:p>
    <w:p>
      <w:pPr>
        <w:spacing w:after="60" w:line="240" w:lineRule="auto"/>
      </w:pPr>
      <w:r>
        <w:rPr>
          <w:sz w:val="18"/>
        </w:rPr>
        <w:t>____________________________________________________________________</w:t>
      </w:r>
    </w:p>
    <w:p>
      <w:pPr>
        <w:spacing w:after="60" w:line="240" w:lineRule="auto"/>
      </w:pPr>
      <w:r>
        <w:rPr>
          <w:sz w:val="18"/>
        </w:rPr>
        <w:t>____________________________________________________________________</w:t>
      </w:r>
    </w:p>
    <w:p>
      <w:pPr>
        <w:spacing w:after="60" w:line="240" w:lineRule="auto"/>
      </w:pPr>
      <w:r>
        <w:rPr>
          <w:sz w:val="18"/>
        </w:rPr>
        <w:t>Is there anything else that would help our staff provide your child with a safe, positive and successful experience?</w:t>
      </w:r>
    </w:p>
    <w:p>
      <w:pPr>
        <w:spacing w:after="60" w:line="240" w:lineRule="auto"/>
      </w:pPr>
      <w:r>
        <w:rPr>
          <w:sz w:val="18"/>
        </w:rPr>
        <w:t>____________________________________________________________________</w:t>
      </w:r>
    </w:p>
    <w:p>
      <w:pPr>
        <w:spacing w:after="60" w:line="240" w:lineRule="auto"/>
      </w:pPr>
      <w:r>
        <w:rPr>
          <w:sz w:val="18"/>
        </w:rPr>
        <w:t>____________________________________________________________________</w:t>
      </w:r>
    </w:p>
    <w:p>
      <w:pPr>
        <w:spacing w:before="160" w:after="60"/>
      </w:pPr>
      <w:r>
        <w:rPr>
          <w:b/>
          <w:color w:val="17365D"/>
          <w:sz w:val="22"/>
        </w:rPr>
        <w:t>7. PROGRAM INTERESTS</w:t>
      </w:r>
    </w:p>
    <w:p>
      <w:pPr>
        <w:spacing w:after="60" w:line="240" w:lineRule="auto"/>
      </w:pPr>
      <w:r>
        <w:rPr>
          <w:sz w:val="18"/>
        </w:rPr>
        <w:t>What activities is your child most interested in? Check all that apply.</w:t>
      </w:r>
    </w:p>
    <w:p>
      <w:pPr>
        <w:spacing w:after="60" w:line="240" w:lineRule="auto"/>
      </w:pPr>
      <w:r>
        <w:rPr>
          <w:sz w:val="18"/>
        </w:rPr>
        <w:t>[ ] Music Production    [ ] Video Editing / Media Arts    [ ] Dance / Movement</w:t>
      </w:r>
    </w:p>
    <w:p>
      <w:pPr>
        <w:spacing w:after="60" w:line="240" w:lineRule="auto"/>
      </w:pPr>
      <w:r>
        <w:rPr>
          <w:sz w:val="18"/>
        </w:rPr>
        <w:t>[ ] Radio / Broadcasting    [ ] Technology    [ ] Creative Arts</w:t>
      </w:r>
    </w:p>
    <w:p>
      <w:pPr>
        <w:spacing w:after="60" w:line="240" w:lineRule="auto"/>
      </w:pPr>
      <w:r>
        <w:rPr>
          <w:sz w:val="18"/>
        </w:rPr>
        <w:t>[ ] Mentorship &amp; Life Skills    [ ] Other: _____________________________</w:t>
      </w:r>
    </w:p>
    <w:p>
      <w:pPr>
        <w:spacing w:before="160" w:after="60"/>
      </w:pPr>
      <w:r>
        <w:rPr>
          <w:b/>
          <w:color w:val="17365D"/>
          <w:sz w:val="22"/>
        </w:rPr>
        <w:t>8. PARENT / GUARDIAN AUTHORIZATION</w:t>
      </w:r>
    </w:p>
    <w:p>
      <w:pPr>
        <w:spacing w:after="60" w:line="240" w:lineRule="auto"/>
      </w:pPr>
      <w:r>
        <w:rPr>
          <w:sz w:val="18"/>
        </w:rPr>
        <w:t>I certify that the information provided on this registration form is accurate to the best of my knowledge.</w:t>
      </w:r>
    </w:p>
    <w:p>
      <w:pPr>
        <w:spacing w:after="60" w:line="240" w:lineRule="auto"/>
      </w:pPr>
      <w:r>
        <w:rPr>
          <w:sz w:val="18"/>
        </w:rPr>
        <w:t>I authorize my child to participate in the B.U.S.Y. After-School Program and understand that I am responsible for keeping B.U.S.Y. informed of changes to contact information, emergency contacts, or authorized pickup persons.</w:t>
      </w:r>
    </w:p>
    <w:p>
      <w:pPr>
        <w:spacing w:after="60" w:line="240" w:lineRule="auto"/>
      </w:pPr>
      <w:r>
        <w:rPr>
          <w:sz w:val="18"/>
        </w:rPr>
        <w:t>Child's Name: _______________________________________________________</w:t>
      </w:r>
    </w:p>
    <w:p>
      <w:pPr>
        <w:spacing w:after="60" w:line="240" w:lineRule="auto"/>
      </w:pPr>
      <w:r>
        <w:rPr>
          <w:sz w:val="18"/>
        </w:rPr>
        <w:t>Parent/Guardian Printed Name: _______________________________________</w:t>
      </w:r>
    </w:p>
    <w:p>
      <w:pPr>
        <w:spacing w:after="60" w:line="240" w:lineRule="auto"/>
      </w:pPr>
      <w:r>
        <w:rPr>
          <w:sz w:val="18"/>
        </w:rPr>
        <w:t>Parent/Guardian Signature: __________________________________________</w:t>
      </w:r>
    </w:p>
    <w:p>
      <w:pPr>
        <w:spacing w:after="60" w:line="240" w:lineRule="auto"/>
      </w:pPr>
      <w:r>
        <w:rPr>
          <w:sz w:val="18"/>
        </w:rPr>
        <w:t>Date: ______________________</w:t>
      </w:r>
    </w:p>
    <w:p>
      <w:pPr>
        <w:spacing w:before="160" w:after="60"/>
      </w:pPr>
      <w:r>
        <w:rPr>
          <w:b/>
          <w:color w:val="17365D"/>
          <w:sz w:val="22"/>
        </w:rPr>
        <w:t>FOR B.U.S.Y. STAFF USE ONLY</w:t>
      </w:r>
    </w:p>
    <w:p>
      <w:pPr>
        <w:spacing w:after="60" w:line="240" w:lineRule="auto"/>
      </w:pPr>
      <w:r>
        <w:rPr>
          <w:sz w:val="18"/>
        </w:rPr>
        <w:t>Date Registration Received: _________________________________________</w:t>
      </w:r>
    </w:p>
    <w:p>
      <w:pPr>
        <w:spacing w:after="60" w:line="240" w:lineRule="auto"/>
      </w:pPr>
      <w:r>
        <w:rPr>
          <w:sz w:val="18"/>
        </w:rPr>
        <w:t>Enrollment Start Date: ______________________________________________</w:t>
      </w:r>
    </w:p>
    <w:p>
      <w:pPr>
        <w:spacing w:after="60" w:line="240" w:lineRule="auto"/>
      </w:pPr>
      <w:r>
        <w:rPr>
          <w:sz w:val="18"/>
        </w:rPr>
        <w:t>Student Group/Grade: _______________________________________________</w:t>
      </w:r>
    </w:p>
    <w:p>
      <w:pPr>
        <w:spacing w:after="60" w:line="240" w:lineRule="auto"/>
      </w:pPr>
      <w:r>
        <w:rPr>
          <w:sz w:val="18"/>
        </w:rPr>
        <w:t>Registration Status:   [ ] Approved   [ ] Pending</w:t>
      </w:r>
    </w:p>
    <w:p>
      <w:pPr>
        <w:spacing w:after="60" w:line="240" w:lineRule="auto"/>
      </w:pPr>
      <w:r>
        <w:rPr>
          <w:sz w:val="18"/>
        </w:rPr>
        <w:t>Staff Initials: 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7365D"/>
        <w:sz w:val="16"/>
      </w:rPr>
      <w:t>B.U.S.Y. - Bring Up Superior Youth | Empowering Young Minds. Building Skills. Creating Leaders.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